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C1C09" w:rsidRPr="00533784" w:rsidRDefault="00000000">
      <w:pPr>
        <w:jc w:val="center"/>
        <w:rPr>
          <w:lang w:val="ru-RU"/>
        </w:rPr>
      </w:pPr>
      <w:r w:rsidRPr="00533784">
        <w:rPr>
          <w:b/>
          <w:lang w:val="ru-RU"/>
        </w:rPr>
        <w:t>СОГЛАСИЕ НА ОБРАБОТКУ ПЕРСОНАЛЬНЫХ ДАННЫХ</w:t>
      </w:r>
    </w:p>
    <w:p w:rsidR="00DC1C09" w:rsidRPr="00533784" w:rsidRDefault="00000000">
      <w:pPr>
        <w:spacing w:after="80"/>
        <w:jc w:val="both"/>
        <w:rPr>
          <w:lang w:val="ru-RU"/>
        </w:rPr>
      </w:pPr>
      <w:r w:rsidRPr="00533784">
        <w:rPr>
          <w:lang w:val="ru-RU"/>
        </w:rPr>
        <w:t xml:space="preserve">Отправляя форму на сайте </w:t>
      </w:r>
      <w:r>
        <w:t>https</w:t>
      </w:r>
      <w:r w:rsidRPr="00533784">
        <w:rPr>
          <w:lang w:val="ru-RU"/>
        </w:rPr>
        <w:t>://</w:t>
      </w:r>
      <w:r>
        <w:t>www</w:t>
      </w:r>
      <w:r w:rsidRPr="00533784">
        <w:rPr>
          <w:lang w:val="ru-RU"/>
        </w:rPr>
        <w:t>.</w:t>
      </w:r>
      <w:proofErr w:type="spellStart"/>
      <w:r>
        <w:t>dali</w:t>
      </w:r>
      <w:proofErr w:type="spellEnd"/>
      <w:r w:rsidRPr="00533784">
        <w:rPr>
          <w:lang w:val="ru-RU"/>
        </w:rPr>
        <w:t>-</w:t>
      </w:r>
      <w:r>
        <w:t>med</w:t>
      </w:r>
      <w:r w:rsidRPr="00533784">
        <w:rPr>
          <w:lang w:val="ru-RU"/>
        </w:rPr>
        <w:t>.</w:t>
      </w:r>
      <w:proofErr w:type="spellStart"/>
      <w:r>
        <w:t>ru</w:t>
      </w:r>
      <w:proofErr w:type="spellEnd"/>
      <w:r w:rsidRPr="00533784">
        <w:rPr>
          <w:lang w:val="ru-RU"/>
        </w:rPr>
        <w:t xml:space="preserve">, я свободно, своей волей и в своём интересе даю согласие ООО Медицинская клиника «Дали» (ОГРН 1107847091604, ИНН 7805516231; 191014, Санкт-Петербург, Литейный </w:t>
      </w:r>
      <w:proofErr w:type="spellStart"/>
      <w:r w:rsidRPr="00533784">
        <w:rPr>
          <w:lang w:val="ru-RU"/>
        </w:rPr>
        <w:t>пр-кт</w:t>
      </w:r>
      <w:proofErr w:type="spellEnd"/>
      <w:r w:rsidRPr="00533784">
        <w:rPr>
          <w:lang w:val="ru-RU"/>
        </w:rPr>
        <w:t>, д. 52, лит. А, пом. 6Н; далее — Клиника) на обработку моих персональных данных на следующих условиях.</w:t>
      </w:r>
    </w:p>
    <w:p w:rsidR="00DC1C09" w:rsidRPr="00533784" w:rsidRDefault="00000000">
      <w:pPr>
        <w:spacing w:after="80"/>
        <w:jc w:val="both"/>
        <w:rPr>
          <w:lang w:val="ru-RU"/>
        </w:rPr>
      </w:pPr>
      <w:r w:rsidRPr="00533784">
        <w:rPr>
          <w:b/>
          <w:lang w:val="ru-RU"/>
        </w:rPr>
        <w:t xml:space="preserve">1. Персональные данные: </w:t>
      </w:r>
      <w:r w:rsidRPr="00533784">
        <w:rPr>
          <w:lang w:val="ru-RU"/>
        </w:rPr>
        <w:t>фамилия, имя, отчество; номер телефона; адрес электронной почты; текст сообщения (вопроса, отзыва); при онлайн-оплате — сумма платежа.</w:t>
      </w:r>
    </w:p>
    <w:p w:rsidR="00DC1C09" w:rsidRPr="00533784" w:rsidRDefault="00000000">
      <w:pPr>
        <w:spacing w:after="80"/>
        <w:jc w:val="both"/>
        <w:rPr>
          <w:lang w:val="ru-RU"/>
        </w:rPr>
      </w:pPr>
      <w:r w:rsidRPr="00533784">
        <w:rPr>
          <w:b/>
          <w:lang w:val="ru-RU"/>
        </w:rPr>
        <w:t xml:space="preserve">2. Цели обработки: </w:t>
      </w:r>
      <w:r w:rsidRPr="00533784">
        <w:rPr>
          <w:lang w:val="ru-RU"/>
        </w:rPr>
        <w:t>запись на приём и её подтверждение; обратный звонок и ответ на мой вопрос; рассмотрение моего отзыва; идентификация платежа и связь со мной по нему.</w:t>
      </w:r>
    </w:p>
    <w:p w:rsidR="00DC1C09" w:rsidRPr="00533784" w:rsidRDefault="00000000">
      <w:pPr>
        <w:spacing w:after="80"/>
        <w:jc w:val="both"/>
        <w:rPr>
          <w:lang w:val="ru-RU"/>
        </w:rPr>
      </w:pPr>
      <w:r w:rsidRPr="00533784">
        <w:rPr>
          <w:b/>
          <w:lang w:val="ru-RU"/>
        </w:rPr>
        <w:t xml:space="preserve">3. Действия с данными: </w:t>
      </w:r>
      <w:r w:rsidRPr="00533784">
        <w:rPr>
          <w:lang w:val="ru-RU"/>
        </w:rPr>
        <w:t>сбор, запись, систематизация, накопление, хранение, уточнение, извлечение, использование, передача (предоставление, доступ), блокирование, удаление, уничтожение — с использованием средств автоматизации и без них. Передача допускается лицам, которые обрабатывают данные по поручению Клиники (хостинг-провайдер, оператор связи, платёжный сервис), при условии соблюдения ими конфиденциальности, а также в случаях, предусмотренных законом.</w:t>
      </w:r>
    </w:p>
    <w:p w:rsidR="00DC1C09" w:rsidRPr="00533784" w:rsidRDefault="00000000">
      <w:pPr>
        <w:spacing w:after="80"/>
        <w:jc w:val="both"/>
        <w:rPr>
          <w:lang w:val="ru-RU"/>
        </w:rPr>
      </w:pPr>
      <w:r w:rsidRPr="00533784">
        <w:rPr>
          <w:b/>
          <w:lang w:val="ru-RU"/>
        </w:rPr>
        <w:t xml:space="preserve">4. </w:t>
      </w:r>
      <w:r w:rsidRPr="00533784">
        <w:rPr>
          <w:lang w:val="ru-RU"/>
        </w:rPr>
        <w:t>Прошу не указывать в формах сведения о состоянии здоровья и диагнозах: они будут уточнены на приёме с оформлением необходимых документов. Если я указываю данные другого лица (например, ребёнка), я подтверждаю, что вправе их передавать.</w:t>
      </w:r>
    </w:p>
    <w:p w:rsidR="00DC1C09" w:rsidRPr="00533784" w:rsidRDefault="00000000">
      <w:pPr>
        <w:spacing w:after="80"/>
        <w:jc w:val="both"/>
        <w:rPr>
          <w:lang w:val="ru-RU"/>
        </w:rPr>
      </w:pPr>
      <w:r w:rsidRPr="00533784">
        <w:rPr>
          <w:b/>
          <w:lang w:val="ru-RU"/>
        </w:rPr>
        <w:t xml:space="preserve">5. Срок и отзыв: </w:t>
      </w:r>
      <w:r w:rsidRPr="00533784">
        <w:rPr>
          <w:lang w:val="ru-RU"/>
        </w:rPr>
        <w:t xml:space="preserve">Согласие действует до достижения целей обработки, но не более 3 лет с момента отправки формы. Я могу отозвать согласие заявлением, направленным по адресу Клиники или на электронную почту </w:t>
      </w:r>
      <w:proofErr w:type="spellStart"/>
      <w:r>
        <w:t>klinikadali</w:t>
      </w:r>
      <w:proofErr w:type="spellEnd"/>
      <w:r w:rsidRPr="00533784">
        <w:rPr>
          <w:lang w:val="ru-RU"/>
        </w:rPr>
        <w:t>@</w:t>
      </w:r>
      <w:r>
        <w:t>mail</w:t>
      </w:r>
      <w:r w:rsidRPr="00533784">
        <w:rPr>
          <w:lang w:val="ru-RU"/>
        </w:rPr>
        <w:t>.</w:t>
      </w:r>
      <w:proofErr w:type="spellStart"/>
      <w:r>
        <w:t>ru</w:t>
      </w:r>
      <w:proofErr w:type="spellEnd"/>
      <w:r w:rsidRPr="00533784">
        <w:rPr>
          <w:lang w:val="ru-RU"/>
        </w:rPr>
        <w:t>. После отзыва Клиника прекращает обработку и уничтожает данные в срок не более 30 дней, если иное не предусмотрено законом.</w:t>
      </w:r>
    </w:p>
    <w:p w:rsidR="00DC1C09" w:rsidRPr="00533784" w:rsidRDefault="00000000">
      <w:pPr>
        <w:spacing w:after="80"/>
        <w:jc w:val="both"/>
        <w:rPr>
          <w:lang w:val="ru-RU"/>
        </w:rPr>
      </w:pPr>
      <w:r w:rsidRPr="00533784">
        <w:rPr>
          <w:b/>
          <w:lang w:val="ru-RU"/>
        </w:rPr>
        <w:t xml:space="preserve">6. </w:t>
      </w:r>
      <w:r w:rsidRPr="00533784">
        <w:rPr>
          <w:lang w:val="ru-RU"/>
        </w:rPr>
        <w:t>С Политикой Клиники в отношении обработки персональных данных ознакомлен(а): [ссылка на политику].</w:t>
      </w:r>
    </w:p>
    <w:p w:rsidR="00DC1C09" w:rsidRPr="00533784" w:rsidRDefault="00DC1C09">
      <w:pPr>
        <w:rPr>
          <w:lang w:val="ru-RU"/>
        </w:rPr>
      </w:pPr>
    </w:p>
    <w:p w:rsidR="00DC1C09" w:rsidRPr="00533784" w:rsidRDefault="00000000">
      <w:pPr>
        <w:jc w:val="center"/>
        <w:rPr>
          <w:lang w:val="ru-RU"/>
        </w:rPr>
      </w:pPr>
      <w:r w:rsidRPr="00533784">
        <w:rPr>
          <w:b/>
          <w:lang w:val="ru-RU"/>
        </w:rPr>
        <w:t>ТЕКСТ У ГАЛОЧКИ В ФОРМАХ</w:t>
      </w:r>
    </w:p>
    <w:p w:rsidR="00DC1C09" w:rsidRPr="00533784" w:rsidRDefault="00000000">
      <w:pPr>
        <w:spacing w:after="80"/>
        <w:jc w:val="both"/>
        <w:rPr>
          <w:lang w:val="ru-RU"/>
        </w:rPr>
      </w:pPr>
      <w:r w:rsidRPr="00533784">
        <w:rPr>
          <w:lang w:val="ru-RU"/>
        </w:rPr>
        <w:t>☐ Я даю согласие на обработку персональных данных на условиях [Согласия] и ознакомлен(а) с [Политикой обработки персональных данных].</w:t>
      </w:r>
    </w:p>
    <w:p w:rsidR="00DC1C09" w:rsidRPr="00533784" w:rsidRDefault="00DC1C09">
      <w:pPr>
        <w:rPr>
          <w:lang w:val="ru-RU"/>
        </w:rPr>
      </w:pPr>
    </w:p>
    <w:p w:rsidR="00DC1C09" w:rsidRDefault="00DC1C09">
      <w:pPr>
        <w:spacing w:after="80"/>
        <w:jc w:val="both"/>
      </w:pPr>
    </w:p>
    <w:sectPr w:rsidR="00DC1C09" w:rsidSect="00034616"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33807688">
    <w:abstractNumId w:val="8"/>
  </w:num>
  <w:num w:numId="2" w16cid:durableId="16464863">
    <w:abstractNumId w:val="6"/>
  </w:num>
  <w:num w:numId="3" w16cid:durableId="1353604185">
    <w:abstractNumId w:val="5"/>
  </w:num>
  <w:num w:numId="4" w16cid:durableId="992685586">
    <w:abstractNumId w:val="4"/>
  </w:num>
  <w:num w:numId="5" w16cid:durableId="170343779">
    <w:abstractNumId w:val="7"/>
  </w:num>
  <w:num w:numId="6" w16cid:durableId="1189216909">
    <w:abstractNumId w:val="3"/>
  </w:num>
  <w:num w:numId="7" w16cid:durableId="402605947">
    <w:abstractNumId w:val="2"/>
  </w:num>
  <w:num w:numId="8" w16cid:durableId="420837753">
    <w:abstractNumId w:val="1"/>
  </w:num>
  <w:num w:numId="9" w16cid:durableId="1151673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33784"/>
    <w:rsid w:val="006C782F"/>
    <w:rsid w:val="00AA1D8D"/>
    <w:rsid w:val="00B47730"/>
    <w:rsid w:val="00CB0664"/>
    <w:rsid w:val="00DC1C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261C37"/>
  <w14:defaultImageDpi w14:val="300"/>
  <w15:docId w15:val="{2C972B8A-8445-3347-8F40-A3E29F1E3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Alexey Litviakov</cp:lastModifiedBy>
  <cp:revision>2</cp:revision>
  <dcterms:created xsi:type="dcterms:W3CDTF">2013-12-23T23:15:00Z</dcterms:created>
  <dcterms:modified xsi:type="dcterms:W3CDTF">2026-09-29T11:38:00Z</dcterms:modified>
  <cp:category/>
</cp:coreProperties>
</file>